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93E09" w14:textId="77777777" w:rsidR="007F6C4F" w:rsidRPr="00B154C3" w:rsidRDefault="007F6C4F" w:rsidP="007F6C4F">
      <w:pPr>
        <w:pStyle w:val="Heading1"/>
        <w:widowControl w:val="0"/>
        <w:rPr>
          <w:color w:val="142D50"/>
          <w:lang w:val="bs-Latn-BA"/>
        </w:rPr>
      </w:pPr>
    </w:p>
    <w:p w14:paraId="5CE83B2E" w14:textId="77777777" w:rsidR="00591984" w:rsidRPr="00B154C3" w:rsidRDefault="00591984" w:rsidP="00591984">
      <w:pPr>
        <w:rPr>
          <w:lang w:val="bs-Latn-BA"/>
        </w:rPr>
      </w:pPr>
    </w:p>
    <w:p w14:paraId="097A1391" w14:textId="77777777" w:rsidR="00591984" w:rsidRPr="00B154C3" w:rsidRDefault="00591984" w:rsidP="00591984">
      <w:pPr>
        <w:rPr>
          <w:lang w:val="bs-Latn-BA"/>
        </w:rPr>
      </w:pPr>
    </w:p>
    <w:p w14:paraId="7FF7D31E" w14:textId="77777777" w:rsidR="00591984" w:rsidRPr="00B154C3" w:rsidRDefault="00591984" w:rsidP="00591984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bs-Latn-BA"/>
        </w:rPr>
      </w:pPr>
    </w:p>
    <w:p w14:paraId="56D24E77" w14:textId="18FC6D7D" w:rsidR="00591984" w:rsidRPr="00B154C3" w:rsidRDefault="00591984" w:rsidP="003E3B57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bs-Latn-BA"/>
        </w:rPr>
      </w:pPr>
      <w:r w:rsidRPr="00B154C3">
        <w:rPr>
          <w:rFonts w:asciiTheme="majorHAnsi" w:hAnsiTheme="majorHAnsi" w:cstheme="majorHAnsi"/>
          <w:b/>
          <w:bCs/>
          <w:sz w:val="32"/>
          <w:szCs w:val="32"/>
          <w:lang w:val="bs-Latn-BA"/>
        </w:rPr>
        <w:t>BH Business Development Members:</w:t>
      </w:r>
    </w:p>
    <w:p w14:paraId="500DB33F" w14:textId="2548C52D" w:rsidR="00591984" w:rsidRPr="00B154C3" w:rsidRDefault="00591984" w:rsidP="00591984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bs-Latn-BA"/>
        </w:rPr>
      </w:pPr>
      <w:r w:rsidRPr="00B154C3">
        <w:rPr>
          <w:rFonts w:asciiTheme="majorHAnsi" w:hAnsiTheme="majorHAnsi" w:cstheme="majorHAnsi"/>
          <w:b/>
          <w:bCs/>
          <w:sz w:val="32"/>
          <w:szCs w:val="32"/>
          <w:lang w:val="bs-Latn-BA"/>
        </w:rPr>
        <w:t>Kingdom of Saudi Arabia - Riyadh 2026</w:t>
      </w:r>
    </w:p>
    <w:p w14:paraId="45FB002F" w14:textId="47E024DD" w:rsidR="00591984" w:rsidRPr="00B154C3" w:rsidRDefault="00591984" w:rsidP="00591984">
      <w:pPr>
        <w:rPr>
          <w:lang w:val="bs-Latn-BA"/>
        </w:rPr>
      </w:pPr>
    </w:p>
    <w:p w14:paraId="24077132" w14:textId="77777777" w:rsidR="00591984" w:rsidRPr="00B154C3" w:rsidRDefault="00591984" w:rsidP="00591984">
      <w:pPr>
        <w:rPr>
          <w:lang w:val="bs-Latn-BA"/>
        </w:rPr>
      </w:pPr>
    </w:p>
    <w:p w14:paraId="08144A9B" w14:textId="77777777" w:rsidR="00591984" w:rsidRPr="00B154C3" w:rsidRDefault="00591984" w:rsidP="00591984">
      <w:pPr>
        <w:rPr>
          <w:lang w:val="bs-Latn-BA"/>
        </w:rPr>
      </w:pPr>
    </w:p>
    <w:p w14:paraId="578E25D1" w14:textId="77777777" w:rsidR="00591984" w:rsidRPr="00B154C3" w:rsidRDefault="00591984" w:rsidP="00591984">
      <w:pPr>
        <w:rPr>
          <w:lang w:val="bs-Latn-BA"/>
        </w:rPr>
      </w:pPr>
    </w:p>
    <w:p w14:paraId="7A5ED1EC" w14:textId="0D7EE119" w:rsidR="00591984" w:rsidRPr="00B154C3" w:rsidRDefault="00591984" w:rsidP="003E3B57">
      <w:pPr>
        <w:jc w:val="center"/>
        <w:rPr>
          <w:lang w:val="bs-Latn-BA"/>
        </w:rPr>
      </w:pPr>
      <w:r w:rsidRPr="00B154C3">
        <w:rPr>
          <w:noProof/>
          <w:lang w:val="bs-Latn-BA"/>
        </w:rPr>
        <w:drawing>
          <wp:inline distT="0" distB="0" distL="0" distR="0" wp14:anchorId="3272D4EA" wp14:editId="0675C5B5">
            <wp:extent cx="3543300" cy="1480476"/>
            <wp:effectExtent l="0" t="0" r="0" b="5715"/>
            <wp:docPr id="871928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465" cy="14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1E4B" w14:textId="77777777" w:rsidR="00591984" w:rsidRPr="00B154C3" w:rsidRDefault="00591984" w:rsidP="00591984">
      <w:pPr>
        <w:rPr>
          <w:lang w:val="bs-Latn-BA"/>
        </w:rPr>
      </w:pPr>
    </w:p>
    <w:p w14:paraId="44E7F302" w14:textId="77777777" w:rsidR="00591984" w:rsidRPr="00B154C3" w:rsidRDefault="00591984" w:rsidP="00591984">
      <w:pPr>
        <w:rPr>
          <w:lang w:val="bs-Latn-BA"/>
        </w:rPr>
      </w:pPr>
    </w:p>
    <w:p w14:paraId="670EC047" w14:textId="77777777" w:rsidR="00591984" w:rsidRPr="00B154C3" w:rsidRDefault="00591984" w:rsidP="007F6C4F">
      <w:pPr>
        <w:rPr>
          <w:lang w:val="bs-Latn-BA"/>
        </w:rPr>
      </w:pPr>
    </w:p>
    <w:p w14:paraId="6D18B35B" w14:textId="77777777" w:rsidR="003C4453" w:rsidRPr="00B154C3" w:rsidRDefault="003C4453">
      <w:pPr>
        <w:rPr>
          <w:rFonts w:asciiTheme="majorHAnsi" w:eastAsiaTheme="majorEastAsia" w:hAnsiTheme="majorHAnsi" w:cstheme="majorBidi"/>
          <w:b/>
          <w:bCs/>
          <w:color w:val="142D50"/>
          <w:sz w:val="28"/>
          <w:szCs w:val="28"/>
          <w:lang w:val="bs-Latn-BA"/>
        </w:rPr>
      </w:pPr>
      <w:r w:rsidRPr="00B154C3">
        <w:rPr>
          <w:color w:val="142D50"/>
          <w:lang w:val="bs-Latn-BA"/>
        </w:rPr>
        <w:br w:type="page"/>
      </w:r>
    </w:p>
    <w:p w14:paraId="4A3A456D" w14:textId="77777777" w:rsidR="008D2414" w:rsidRPr="00B154C3" w:rsidRDefault="008D2414" w:rsidP="008D2414">
      <w:pPr>
        <w:pStyle w:val="Heading1"/>
        <w:spacing w:before="0" w:line="240" w:lineRule="auto"/>
        <w:jc w:val="center"/>
        <w:rPr>
          <w:color w:val="142D50"/>
          <w:lang w:val="bs-Latn-BA"/>
        </w:rPr>
      </w:pPr>
    </w:p>
    <w:p w14:paraId="662B4750" w14:textId="0BE0C0ED" w:rsidR="005315F4" w:rsidRPr="0040349E" w:rsidRDefault="003E3B57" w:rsidP="008D2414">
      <w:pPr>
        <w:pStyle w:val="Heading1"/>
        <w:spacing w:before="0" w:line="240" w:lineRule="auto"/>
        <w:jc w:val="center"/>
        <w:rPr>
          <w:color w:val="002060"/>
          <w:lang w:val="bs-Latn-BA"/>
        </w:rPr>
      </w:pPr>
      <w:r w:rsidRPr="0040349E">
        <w:rPr>
          <w:color w:val="002060"/>
          <w:lang w:val="bs-Latn-BA"/>
        </w:rPr>
        <w:t xml:space="preserve">PREDSTAVLJANJE KOMPANIJE – </w:t>
      </w:r>
      <w:r w:rsidR="002556C3" w:rsidRPr="0040349E">
        <w:rPr>
          <w:color w:val="002060"/>
          <w:lang w:val="bs-Latn-BA"/>
        </w:rPr>
        <w:t>PROFIL KOMPANIJE</w:t>
      </w:r>
    </w:p>
    <w:p w14:paraId="730256EC" w14:textId="77777777" w:rsidR="00304304" w:rsidRPr="0040349E" w:rsidRDefault="00304304" w:rsidP="00304304">
      <w:pPr>
        <w:rPr>
          <w:color w:val="002060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6538"/>
      </w:tblGrid>
      <w:tr w:rsidR="0040349E" w:rsidRPr="0040349E" w14:paraId="1F0BA4B6" w14:textId="77777777" w:rsidTr="006A3EB5">
        <w:tc>
          <w:tcPr>
            <w:tcW w:w="2092" w:type="dxa"/>
          </w:tcPr>
          <w:p w14:paraId="0BF3C1EC" w14:textId="77777777" w:rsidR="005315F4" w:rsidRPr="0040349E" w:rsidRDefault="003E3B57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Naziv kompanije</w:t>
            </w:r>
            <w:r w:rsidR="007F6C4F" w:rsidRPr="0040349E">
              <w:rPr>
                <w:b/>
                <w:color w:val="002060"/>
                <w:lang w:val="bs-Latn-BA"/>
              </w:rPr>
              <w:t xml:space="preserve"> i logotip</w:t>
            </w:r>
          </w:p>
          <w:p w14:paraId="255BBA41" w14:textId="2643CF8D" w:rsidR="007F6C4F" w:rsidRPr="0040349E" w:rsidRDefault="007F6C4F">
            <w:pPr>
              <w:rPr>
                <w:color w:val="002060"/>
                <w:lang w:val="bs-Latn-BA"/>
              </w:rPr>
            </w:pPr>
          </w:p>
        </w:tc>
        <w:tc>
          <w:tcPr>
            <w:tcW w:w="6538" w:type="dxa"/>
          </w:tcPr>
          <w:p w14:paraId="0CAEC43D" w14:textId="77777777" w:rsidR="005315F4" w:rsidRPr="0040349E" w:rsidRDefault="005315F4">
            <w:pPr>
              <w:rPr>
                <w:color w:val="002060"/>
                <w:lang w:val="bs-Latn-BA"/>
              </w:rPr>
            </w:pPr>
          </w:p>
          <w:p w14:paraId="4B05228F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59EB6C74" w14:textId="77777777" w:rsidTr="006A3EB5">
        <w:tc>
          <w:tcPr>
            <w:tcW w:w="2092" w:type="dxa"/>
          </w:tcPr>
          <w:p w14:paraId="1CBAAF03" w14:textId="77777777" w:rsidR="005315F4" w:rsidRPr="0040349E" w:rsidRDefault="003E3B57">
            <w:pPr>
              <w:rPr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Sjedište</w:t>
            </w:r>
          </w:p>
        </w:tc>
        <w:tc>
          <w:tcPr>
            <w:tcW w:w="6538" w:type="dxa"/>
          </w:tcPr>
          <w:p w14:paraId="46366B0E" w14:textId="77777777" w:rsidR="005315F4" w:rsidRPr="0040349E" w:rsidRDefault="005315F4">
            <w:pPr>
              <w:rPr>
                <w:color w:val="002060"/>
                <w:lang w:val="bs-Latn-BA"/>
              </w:rPr>
            </w:pPr>
          </w:p>
          <w:p w14:paraId="40D8D836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6D853AFE" w14:textId="77777777" w:rsidTr="006A3EB5">
        <w:tc>
          <w:tcPr>
            <w:tcW w:w="2092" w:type="dxa"/>
          </w:tcPr>
          <w:p w14:paraId="37AC7A01" w14:textId="77777777" w:rsidR="005315F4" w:rsidRPr="0040349E" w:rsidRDefault="003E3B57">
            <w:pPr>
              <w:rPr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Godina osnivanja</w:t>
            </w:r>
          </w:p>
        </w:tc>
        <w:tc>
          <w:tcPr>
            <w:tcW w:w="6538" w:type="dxa"/>
          </w:tcPr>
          <w:p w14:paraId="484C3967" w14:textId="77777777" w:rsidR="005315F4" w:rsidRPr="0040349E" w:rsidRDefault="005315F4">
            <w:pPr>
              <w:rPr>
                <w:color w:val="002060"/>
                <w:lang w:val="bs-Latn-BA"/>
              </w:rPr>
            </w:pPr>
          </w:p>
          <w:p w14:paraId="6ED1465C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7A894AB8" w14:textId="77777777" w:rsidTr="006A3EB5">
        <w:tc>
          <w:tcPr>
            <w:tcW w:w="2092" w:type="dxa"/>
          </w:tcPr>
          <w:p w14:paraId="2B3520FB" w14:textId="77777777" w:rsidR="005315F4" w:rsidRPr="0040349E" w:rsidRDefault="003E3B57">
            <w:pPr>
              <w:rPr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Broj zaposlenih</w:t>
            </w:r>
          </w:p>
        </w:tc>
        <w:tc>
          <w:tcPr>
            <w:tcW w:w="6538" w:type="dxa"/>
          </w:tcPr>
          <w:p w14:paraId="36E7A9BF" w14:textId="77777777" w:rsidR="005315F4" w:rsidRPr="0040349E" w:rsidRDefault="005315F4">
            <w:pPr>
              <w:rPr>
                <w:color w:val="002060"/>
                <w:lang w:val="bs-Latn-BA"/>
              </w:rPr>
            </w:pPr>
          </w:p>
          <w:p w14:paraId="303EF6A8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2A70F510" w14:textId="77777777" w:rsidTr="006A3EB5">
        <w:tc>
          <w:tcPr>
            <w:tcW w:w="2092" w:type="dxa"/>
          </w:tcPr>
          <w:p w14:paraId="00045DD3" w14:textId="77777777" w:rsidR="005315F4" w:rsidRPr="0040349E" w:rsidRDefault="003E3B57">
            <w:pPr>
              <w:rPr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Web stranica</w:t>
            </w:r>
          </w:p>
        </w:tc>
        <w:tc>
          <w:tcPr>
            <w:tcW w:w="6538" w:type="dxa"/>
          </w:tcPr>
          <w:p w14:paraId="5A079CC9" w14:textId="77777777" w:rsidR="005315F4" w:rsidRPr="0040349E" w:rsidRDefault="005315F4">
            <w:pPr>
              <w:rPr>
                <w:color w:val="002060"/>
                <w:lang w:val="bs-Latn-BA"/>
              </w:rPr>
            </w:pPr>
          </w:p>
          <w:p w14:paraId="42900733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4D477942" w14:textId="77777777" w:rsidTr="006A3EB5">
        <w:tc>
          <w:tcPr>
            <w:tcW w:w="2092" w:type="dxa"/>
          </w:tcPr>
          <w:p w14:paraId="47194463" w14:textId="77777777" w:rsidR="00B4740C" w:rsidRPr="0040349E" w:rsidRDefault="003E3B57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Kontakt osoba</w:t>
            </w:r>
            <w:r w:rsidR="002F23EB" w:rsidRPr="0040349E">
              <w:rPr>
                <w:b/>
                <w:color w:val="002060"/>
                <w:lang w:val="bs-Latn-BA"/>
              </w:rPr>
              <w:t>,</w:t>
            </w:r>
          </w:p>
          <w:p w14:paraId="326B87AF" w14:textId="77777777" w:rsidR="005315F4" w:rsidRPr="0040349E" w:rsidRDefault="002F23EB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funkcija u kompaniji</w:t>
            </w:r>
          </w:p>
          <w:p w14:paraId="3FC40579" w14:textId="77777777" w:rsidR="00B154C3" w:rsidRPr="0040349E" w:rsidRDefault="00B154C3">
            <w:pPr>
              <w:rPr>
                <w:color w:val="002060"/>
                <w:lang w:val="bs-Latn-BA"/>
              </w:rPr>
            </w:pPr>
          </w:p>
          <w:p w14:paraId="4A763DBB" w14:textId="18DB0533" w:rsidR="0073421E" w:rsidRPr="0040349E" w:rsidRDefault="0073421E">
            <w:pPr>
              <w:rPr>
                <w:color w:val="002060"/>
                <w:lang w:val="bs-Latn-BA"/>
              </w:rPr>
            </w:pPr>
            <w:r w:rsidRPr="0040349E">
              <w:rPr>
                <w:color w:val="002060"/>
                <w:sz w:val="20"/>
                <w:szCs w:val="20"/>
                <w:lang w:val="bs-Latn-BA"/>
              </w:rPr>
              <w:t>Vlasnik, CEO, Član uprave, i sl.</w:t>
            </w:r>
          </w:p>
        </w:tc>
        <w:tc>
          <w:tcPr>
            <w:tcW w:w="6538" w:type="dxa"/>
          </w:tcPr>
          <w:p w14:paraId="106E332E" w14:textId="77777777" w:rsidR="005315F4" w:rsidRPr="0040349E" w:rsidRDefault="005315F4">
            <w:pPr>
              <w:rPr>
                <w:color w:val="002060"/>
                <w:lang w:val="bs-Latn-BA"/>
              </w:rPr>
            </w:pPr>
          </w:p>
          <w:p w14:paraId="352AFD62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753E4242" w14:textId="77777777" w:rsidTr="006A3EB5">
        <w:tc>
          <w:tcPr>
            <w:tcW w:w="2092" w:type="dxa"/>
          </w:tcPr>
          <w:p w14:paraId="5999929B" w14:textId="77777777" w:rsidR="005315F4" w:rsidRPr="0040349E" w:rsidRDefault="003E3B57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Profil kompanije</w:t>
            </w:r>
          </w:p>
          <w:p w14:paraId="45C895C3" w14:textId="77777777" w:rsidR="00B154C3" w:rsidRPr="0040349E" w:rsidRDefault="00B154C3">
            <w:pPr>
              <w:rPr>
                <w:color w:val="002060"/>
                <w:sz w:val="20"/>
                <w:szCs w:val="20"/>
                <w:lang w:val="bs-Latn-BA"/>
              </w:rPr>
            </w:pPr>
          </w:p>
          <w:p w14:paraId="26CEFC41" w14:textId="14817740" w:rsidR="006A3EB5" w:rsidRPr="0040349E" w:rsidRDefault="006A3EB5">
            <w:pPr>
              <w:rPr>
                <w:color w:val="002060"/>
                <w:sz w:val="20"/>
                <w:szCs w:val="20"/>
                <w:lang w:val="bs-Latn-BA"/>
              </w:rPr>
            </w:pPr>
            <w:r w:rsidRPr="0040349E">
              <w:rPr>
                <w:color w:val="002060"/>
                <w:sz w:val="20"/>
                <w:szCs w:val="20"/>
                <w:lang w:val="bs-Latn-BA"/>
              </w:rPr>
              <w:t>Kratak opis</w:t>
            </w:r>
            <w:r w:rsidR="00B154C3" w:rsidRPr="0040349E">
              <w:rPr>
                <w:color w:val="002060"/>
                <w:sz w:val="20"/>
                <w:szCs w:val="20"/>
                <w:lang w:val="bs-Latn-BA"/>
              </w:rPr>
              <w:t xml:space="preserve"> </w:t>
            </w:r>
            <w:r w:rsidRPr="0040349E">
              <w:rPr>
                <w:color w:val="002060"/>
                <w:sz w:val="20"/>
                <w:szCs w:val="20"/>
                <w:lang w:val="bs-Latn-BA"/>
              </w:rPr>
              <w:t>kompanije,</w:t>
            </w:r>
            <w:r w:rsidR="00B154C3" w:rsidRPr="0040349E">
              <w:rPr>
                <w:color w:val="002060"/>
                <w:sz w:val="20"/>
                <w:szCs w:val="20"/>
                <w:lang w:val="bs-Latn-BA"/>
              </w:rPr>
              <w:t xml:space="preserve"> </w:t>
            </w:r>
            <w:r w:rsidRPr="0040349E">
              <w:rPr>
                <w:color w:val="002060"/>
                <w:sz w:val="20"/>
                <w:szCs w:val="20"/>
                <w:lang w:val="bs-Latn-BA"/>
              </w:rPr>
              <w:t>djelatnosti i iskustva (3–4 rečenice)</w:t>
            </w:r>
          </w:p>
          <w:p w14:paraId="4A03BEF4" w14:textId="4910EFFA" w:rsidR="006A3EB5" w:rsidRPr="0040349E" w:rsidRDefault="006A3EB5">
            <w:pPr>
              <w:rPr>
                <w:color w:val="002060"/>
                <w:lang w:val="bs-Latn-BA"/>
              </w:rPr>
            </w:pPr>
          </w:p>
        </w:tc>
        <w:tc>
          <w:tcPr>
            <w:tcW w:w="6538" w:type="dxa"/>
          </w:tcPr>
          <w:p w14:paraId="0CC178A6" w14:textId="77777777" w:rsidR="002F23EB" w:rsidRPr="0040349E" w:rsidRDefault="002F23EB" w:rsidP="006A3EB5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05E41328" w14:textId="77777777" w:rsidTr="006A3EB5">
        <w:tc>
          <w:tcPr>
            <w:tcW w:w="2092" w:type="dxa"/>
          </w:tcPr>
          <w:p w14:paraId="7080C287" w14:textId="77777777" w:rsidR="005315F4" w:rsidRPr="0040349E" w:rsidRDefault="003E3B57">
            <w:pPr>
              <w:rPr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Ključni proizvodi / usluge</w:t>
            </w:r>
          </w:p>
        </w:tc>
        <w:tc>
          <w:tcPr>
            <w:tcW w:w="6538" w:type="dxa"/>
          </w:tcPr>
          <w:p w14:paraId="16B3AC42" w14:textId="77777777" w:rsidR="005315F4" w:rsidRPr="0040349E" w:rsidRDefault="003E3B57">
            <w:pPr>
              <w:rPr>
                <w:color w:val="002060"/>
                <w:lang w:val="bs-Latn-BA"/>
              </w:rPr>
            </w:pPr>
            <w:r w:rsidRPr="0040349E">
              <w:rPr>
                <w:color w:val="002060"/>
                <w:lang w:val="bs-Latn-BA"/>
              </w:rPr>
              <w:t xml:space="preserve">• </w:t>
            </w:r>
            <w:r w:rsidRPr="0040349E">
              <w:rPr>
                <w:color w:val="002060"/>
                <w:lang w:val="bs-Latn-BA"/>
              </w:rPr>
              <w:br/>
              <w:t xml:space="preserve">• </w:t>
            </w:r>
            <w:r w:rsidRPr="0040349E">
              <w:rPr>
                <w:color w:val="002060"/>
                <w:lang w:val="bs-Latn-BA"/>
              </w:rPr>
              <w:br/>
              <w:t>•</w:t>
            </w:r>
          </w:p>
        </w:tc>
      </w:tr>
      <w:tr w:rsidR="0040349E" w:rsidRPr="0040349E" w14:paraId="0E3EFC0F" w14:textId="77777777" w:rsidTr="006A3EB5">
        <w:tc>
          <w:tcPr>
            <w:tcW w:w="2092" w:type="dxa"/>
          </w:tcPr>
          <w:p w14:paraId="7908D83F" w14:textId="77F24C64" w:rsidR="005315F4" w:rsidRPr="0040349E" w:rsidRDefault="00321748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Ključne kompetencije, t</w:t>
            </w:r>
            <w:r w:rsidR="003E3B57" w:rsidRPr="0040349E">
              <w:rPr>
                <w:b/>
                <w:color w:val="002060"/>
                <w:lang w:val="bs-Latn-BA"/>
              </w:rPr>
              <w:t>ehnički kapaciteti i</w:t>
            </w:r>
            <w:r w:rsidRPr="0040349E">
              <w:rPr>
                <w:b/>
                <w:color w:val="002060"/>
                <w:lang w:val="bs-Latn-BA"/>
              </w:rPr>
              <w:t xml:space="preserve"> vaše kompetirivne </w:t>
            </w:r>
            <w:r w:rsidR="003E3B57" w:rsidRPr="0040349E">
              <w:rPr>
                <w:b/>
                <w:color w:val="002060"/>
                <w:lang w:val="bs-Latn-BA"/>
              </w:rPr>
              <w:t>prednosti</w:t>
            </w:r>
            <w:r w:rsidR="002F23EB" w:rsidRPr="0040349E">
              <w:rPr>
                <w:b/>
                <w:color w:val="002060"/>
                <w:lang w:val="bs-Latn-BA"/>
              </w:rPr>
              <w:t>, npr:</w:t>
            </w:r>
          </w:p>
          <w:p w14:paraId="56D06A0E" w14:textId="77777777" w:rsidR="00B154C3" w:rsidRPr="0040349E" w:rsidRDefault="00B154C3">
            <w:pPr>
              <w:rPr>
                <w:color w:val="002060"/>
                <w:sz w:val="20"/>
                <w:szCs w:val="20"/>
                <w:lang w:val="bs-Latn-BA"/>
              </w:rPr>
            </w:pPr>
          </w:p>
          <w:p w14:paraId="5354AA9B" w14:textId="7773FDE8" w:rsidR="002F23EB" w:rsidRPr="0040349E" w:rsidRDefault="002F23EB">
            <w:pPr>
              <w:rPr>
                <w:color w:val="002060"/>
                <w:sz w:val="20"/>
                <w:szCs w:val="20"/>
                <w:lang w:val="bs-Latn-BA"/>
              </w:rPr>
            </w:pPr>
            <w:r w:rsidRPr="0040349E">
              <w:rPr>
                <w:color w:val="002060"/>
                <w:sz w:val="20"/>
                <w:szCs w:val="20"/>
                <w:lang w:val="bs-Latn-BA"/>
              </w:rPr>
              <w:t>Certifikati (ISO, halal, CE)</w:t>
            </w:r>
            <w:r w:rsidR="006A3EB5" w:rsidRPr="0040349E">
              <w:rPr>
                <w:color w:val="002060"/>
                <w:sz w:val="20"/>
                <w:szCs w:val="20"/>
                <w:lang w:val="bs-Latn-BA"/>
              </w:rPr>
              <w:t>;</w:t>
            </w:r>
            <w:r w:rsidRPr="0040349E">
              <w:rPr>
                <w:color w:val="002060"/>
                <w:sz w:val="20"/>
                <w:szCs w:val="20"/>
                <w:lang w:val="bs-Latn-BA"/>
              </w:rPr>
              <w:br/>
              <w:t>Međunarodno iskustvo</w:t>
            </w:r>
            <w:r w:rsidR="006A3EB5" w:rsidRPr="0040349E">
              <w:rPr>
                <w:color w:val="002060"/>
                <w:sz w:val="20"/>
                <w:szCs w:val="20"/>
                <w:lang w:val="bs-Latn-BA"/>
              </w:rPr>
              <w:t>;</w:t>
            </w:r>
            <w:r w:rsidRPr="0040349E">
              <w:rPr>
                <w:color w:val="002060"/>
                <w:sz w:val="20"/>
                <w:szCs w:val="20"/>
                <w:lang w:val="bs-Latn-BA"/>
              </w:rPr>
              <w:br/>
              <w:t>Fleksibilnost i konkurentnost</w:t>
            </w:r>
            <w:r w:rsidR="006A3EB5" w:rsidRPr="0040349E">
              <w:rPr>
                <w:color w:val="002060"/>
                <w:sz w:val="20"/>
                <w:szCs w:val="20"/>
                <w:lang w:val="bs-Latn-BA"/>
              </w:rPr>
              <w:t xml:space="preserve">, </w:t>
            </w:r>
            <w:r w:rsidR="00DB499F" w:rsidRPr="0040349E">
              <w:rPr>
                <w:color w:val="002060"/>
                <w:sz w:val="20"/>
                <w:szCs w:val="20"/>
                <w:lang w:val="bs-Latn-BA"/>
              </w:rPr>
              <w:t xml:space="preserve">specifično znanje, vještine, </w:t>
            </w:r>
            <w:r w:rsidR="006A3EB5" w:rsidRPr="0040349E">
              <w:rPr>
                <w:color w:val="002060"/>
                <w:sz w:val="20"/>
                <w:szCs w:val="20"/>
                <w:lang w:val="bs-Latn-BA"/>
              </w:rPr>
              <w:t>itd</w:t>
            </w:r>
          </w:p>
          <w:p w14:paraId="19BF9B55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  <w:tc>
          <w:tcPr>
            <w:tcW w:w="6538" w:type="dxa"/>
          </w:tcPr>
          <w:p w14:paraId="36677402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  <w:p w14:paraId="66B6CF63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2DD82DF5" w14:textId="77777777" w:rsidTr="006A3EB5">
        <w:tc>
          <w:tcPr>
            <w:tcW w:w="2092" w:type="dxa"/>
          </w:tcPr>
          <w:p w14:paraId="276BD689" w14:textId="2F755B69" w:rsidR="005315F4" w:rsidRPr="0040349E" w:rsidRDefault="00B77547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 xml:space="preserve">Sektori u kojim djelujete i </w:t>
            </w:r>
            <w:r w:rsidR="003E3B57" w:rsidRPr="0040349E">
              <w:rPr>
                <w:b/>
                <w:color w:val="002060"/>
                <w:lang w:val="bs-Latn-BA"/>
              </w:rPr>
              <w:t>Reference</w:t>
            </w:r>
          </w:p>
          <w:p w14:paraId="74C8C9B6" w14:textId="77777777" w:rsidR="00B154C3" w:rsidRPr="0040349E" w:rsidRDefault="00B154C3" w:rsidP="002F23EB">
            <w:pPr>
              <w:rPr>
                <w:color w:val="002060"/>
                <w:sz w:val="20"/>
                <w:szCs w:val="20"/>
                <w:lang w:val="bs-Latn-BA"/>
              </w:rPr>
            </w:pPr>
          </w:p>
          <w:p w14:paraId="6F1214AB" w14:textId="6CD9A62C" w:rsidR="002F23EB" w:rsidRPr="0040349E" w:rsidRDefault="002F23EB" w:rsidP="002F23EB">
            <w:pPr>
              <w:rPr>
                <w:color w:val="002060"/>
                <w:sz w:val="20"/>
                <w:szCs w:val="20"/>
                <w:lang w:val="bs-Latn-BA"/>
              </w:rPr>
            </w:pPr>
            <w:r w:rsidRPr="0040349E">
              <w:rPr>
                <w:color w:val="002060"/>
                <w:sz w:val="20"/>
                <w:szCs w:val="20"/>
                <w:lang w:val="bs-Latn-BA"/>
              </w:rPr>
              <w:t>Ključni projekti i klijenti (sažeto)</w:t>
            </w:r>
          </w:p>
          <w:p w14:paraId="21587EED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  <w:tc>
          <w:tcPr>
            <w:tcW w:w="6538" w:type="dxa"/>
          </w:tcPr>
          <w:p w14:paraId="03B3CDA6" w14:textId="23AFC83A" w:rsidR="005315F4" w:rsidRPr="0040349E" w:rsidRDefault="005315F4">
            <w:pPr>
              <w:rPr>
                <w:color w:val="002060"/>
                <w:lang w:val="bs-Latn-BA"/>
              </w:rPr>
            </w:pPr>
          </w:p>
          <w:p w14:paraId="5B0A1BC5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2B95826B" w14:textId="77777777" w:rsidTr="006A3EB5">
        <w:tc>
          <w:tcPr>
            <w:tcW w:w="2092" w:type="dxa"/>
          </w:tcPr>
          <w:p w14:paraId="329D0D2F" w14:textId="77777777" w:rsidR="005315F4" w:rsidRPr="0040349E" w:rsidRDefault="003E3B57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Interes za tržište zemalja Zaljeva</w:t>
            </w:r>
          </w:p>
          <w:p w14:paraId="5595BF53" w14:textId="77777777" w:rsidR="00B154C3" w:rsidRPr="0040349E" w:rsidRDefault="00B154C3" w:rsidP="002F23EB">
            <w:pPr>
              <w:rPr>
                <w:color w:val="002060"/>
                <w:sz w:val="20"/>
                <w:szCs w:val="20"/>
                <w:lang w:val="bs-Latn-BA"/>
              </w:rPr>
            </w:pPr>
          </w:p>
          <w:p w14:paraId="4E0FA016" w14:textId="047E09AB" w:rsidR="002F23EB" w:rsidRPr="0040349E" w:rsidRDefault="002F23EB" w:rsidP="002F23EB">
            <w:pPr>
              <w:rPr>
                <w:color w:val="002060"/>
                <w:sz w:val="20"/>
                <w:szCs w:val="20"/>
                <w:lang w:val="bs-Latn-BA"/>
              </w:rPr>
            </w:pPr>
            <w:r w:rsidRPr="0040349E">
              <w:rPr>
                <w:color w:val="002060"/>
                <w:sz w:val="20"/>
                <w:szCs w:val="20"/>
                <w:lang w:val="bs-Latn-BA"/>
              </w:rPr>
              <w:t xml:space="preserve">Fokus na Saudijsku Arabiju, UAE, Katar i Oman. </w:t>
            </w:r>
            <w:r w:rsidR="004765A6" w:rsidRPr="0040349E">
              <w:rPr>
                <w:color w:val="002060"/>
                <w:sz w:val="20"/>
                <w:szCs w:val="20"/>
                <w:lang w:val="bs-Latn-BA"/>
              </w:rPr>
              <w:t>Koju vrstu interesa imate? (npr. i</w:t>
            </w:r>
            <w:r w:rsidRPr="0040349E">
              <w:rPr>
                <w:color w:val="002060"/>
                <w:sz w:val="20"/>
                <w:szCs w:val="20"/>
                <w:lang w:val="bs-Latn-BA"/>
              </w:rPr>
              <w:t xml:space="preserve">nteres za partnerstva, </w:t>
            </w:r>
            <w:r w:rsidR="004765A6" w:rsidRPr="0040349E">
              <w:rPr>
                <w:color w:val="002060"/>
                <w:sz w:val="20"/>
                <w:szCs w:val="20"/>
                <w:lang w:val="bs-Latn-BA"/>
              </w:rPr>
              <w:t>izvoz, uvoz, investicije, usluge, itd...)</w:t>
            </w:r>
          </w:p>
          <w:p w14:paraId="5967DE3A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  <w:tc>
          <w:tcPr>
            <w:tcW w:w="6538" w:type="dxa"/>
          </w:tcPr>
          <w:p w14:paraId="00C54931" w14:textId="77777777" w:rsidR="002F23EB" w:rsidRPr="0040349E" w:rsidRDefault="002F23EB" w:rsidP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19D82E25" w14:textId="77777777" w:rsidTr="006A3EB5">
        <w:tc>
          <w:tcPr>
            <w:tcW w:w="2092" w:type="dxa"/>
          </w:tcPr>
          <w:p w14:paraId="45ABDC02" w14:textId="49A22008" w:rsidR="00E54D55" w:rsidRPr="0040349E" w:rsidRDefault="00E54D55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Zašto ste relevantni za saradnju sa internacionalnim partnerom?</w:t>
            </w:r>
          </w:p>
        </w:tc>
        <w:tc>
          <w:tcPr>
            <w:tcW w:w="6538" w:type="dxa"/>
          </w:tcPr>
          <w:p w14:paraId="6D2404C7" w14:textId="77777777" w:rsidR="00E54D55" w:rsidRPr="0040349E" w:rsidRDefault="00E54D55" w:rsidP="002F23EB">
            <w:pPr>
              <w:rPr>
                <w:color w:val="002060"/>
                <w:lang w:val="bs-Latn-BA"/>
              </w:rPr>
            </w:pPr>
          </w:p>
        </w:tc>
      </w:tr>
      <w:tr w:rsidR="0040349E" w:rsidRPr="0040349E" w14:paraId="3A204AB1" w14:textId="77777777" w:rsidTr="006A3EB5">
        <w:tc>
          <w:tcPr>
            <w:tcW w:w="2092" w:type="dxa"/>
          </w:tcPr>
          <w:p w14:paraId="55265ED9" w14:textId="77777777" w:rsidR="005315F4" w:rsidRPr="0040349E" w:rsidRDefault="003E3B57">
            <w:pPr>
              <w:rPr>
                <w:b/>
                <w:color w:val="002060"/>
                <w:lang w:val="bs-Latn-BA"/>
              </w:rPr>
            </w:pPr>
            <w:r w:rsidRPr="0040349E">
              <w:rPr>
                <w:b/>
                <w:color w:val="002060"/>
                <w:lang w:val="bs-Latn-BA"/>
              </w:rPr>
              <w:t>Napomena</w:t>
            </w:r>
          </w:p>
          <w:p w14:paraId="41A26284" w14:textId="77777777" w:rsidR="00B154C3" w:rsidRPr="0040349E" w:rsidRDefault="00B154C3" w:rsidP="002F23EB">
            <w:pPr>
              <w:rPr>
                <w:color w:val="002060"/>
                <w:sz w:val="20"/>
                <w:szCs w:val="20"/>
                <w:lang w:val="bs-Latn-BA"/>
              </w:rPr>
            </w:pPr>
          </w:p>
          <w:p w14:paraId="3C11966E" w14:textId="3B262691" w:rsidR="002F23EB" w:rsidRPr="0040349E" w:rsidRDefault="002F23EB" w:rsidP="002F23EB">
            <w:pPr>
              <w:rPr>
                <w:color w:val="002060"/>
                <w:sz w:val="20"/>
                <w:szCs w:val="20"/>
                <w:lang w:val="bs-Latn-BA"/>
              </w:rPr>
            </w:pPr>
            <w:r w:rsidRPr="0040349E">
              <w:rPr>
                <w:color w:val="002060"/>
                <w:sz w:val="20"/>
                <w:szCs w:val="20"/>
                <w:lang w:val="bs-Latn-BA"/>
              </w:rPr>
              <w:t>Dodatna dokumentacija dostupna na zahtjev;</w:t>
            </w:r>
          </w:p>
          <w:p w14:paraId="29957304" w14:textId="46874F03" w:rsidR="002F23EB" w:rsidRPr="0040349E" w:rsidRDefault="002F23EB" w:rsidP="002F23EB">
            <w:pPr>
              <w:rPr>
                <w:color w:val="002060"/>
                <w:sz w:val="20"/>
                <w:szCs w:val="20"/>
                <w:lang w:val="bs-Latn-BA"/>
              </w:rPr>
            </w:pPr>
            <w:r w:rsidRPr="0040349E">
              <w:rPr>
                <w:color w:val="002060"/>
                <w:sz w:val="20"/>
                <w:szCs w:val="20"/>
                <w:lang w:val="bs-Latn-BA"/>
              </w:rPr>
              <w:t>Dodatne relevantne inforamacij</w:t>
            </w:r>
            <w:r w:rsidR="00EC70F9" w:rsidRPr="0040349E">
              <w:rPr>
                <w:color w:val="002060"/>
                <w:sz w:val="20"/>
                <w:szCs w:val="20"/>
                <w:lang w:val="bs-Latn-BA"/>
              </w:rPr>
              <w:t>e.</w:t>
            </w:r>
          </w:p>
          <w:p w14:paraId="0BD884A8" w14:textId="77777777" w:rsidR="002F23EB" w:rsidRPr="0040349E" w:rsidRDefault="002F23EB">
            <w:pPr>
              <w:rPr>
                <w:color w:val="002060"/>
                <w:lang w:val="bs-Latn-BA"/>
              </w:rPr>
            </w:pPr>
          </w:p>
        </w:tc>
        <w:tc>
          <w:tcPr>
            <w:tcW w:w="6538" w:type="dxa"/>
          </w:tcPr>
          <w:p w14:paraId="0C65D81B" w14:textId="77777777" w:rsidR="002F23EB" w:rsidRPr="0040349E" w:rsidRDefault="002F23EB" w:rsidP="002F23EB">
            <w:pPr>
              <w:rPr>
                <w:color w:val="002060"/>
                <w:lang w:val="bs-Latn-BA"/>
              </w:rPr>
            </w:pPr>
          </w:p>
        </w:tc>
      </w:tr>
    </w:tbl>
    <w:p w14:paraId="03DE3BB3" w14:textId="77777777" w:rsidR="007048E9" w:rsidRPr="0040349E" w:rsidRDefault="007048E9">
      <w:pPr>
        <w:rPr>
          <w:color w:val="002060"/>
        </w:rPr>
      </w:pPr>
    </w:p>
    <w:p w14:paraId="0FF6E633" w14:textId="43CB483E" w:rsidR="0040349E" w:rsidRPr="0040349E" w:rsidRDefault="0040349E">
      <w:pPr>
        <w:rPr>
          <w:color w:val="002060"/>
        </w:rPr>
      </w:pPr>
      <w:r w:rsidRPr="0040349E">
        <w:rPr>
          <w:color w:val="002060"/>
        </w:rPr>
        <w:t>Odaberite jednu ili obje opcije: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547"/>
      </w:tblGrid>
      <w:tr w:rsidR="0040349E" w:rsidRPr="0040349E" w14:paraId="3C4320FC" w14:textId="77777777" w:rsidTr="00A40426">
        <w:tc>
          <w:tcPr>
            <w:tcW w:w="7083" w:type="dxa"/>
          </w:tcPr>
          <w:p w14:paraId="06A53AB0" w14:textId="49297BE0" w:rsidR="00A40426" w:rsidRPr="0040349E" w:rsidRDefault="003D7732">
            <w:pPr>
              <w:rPr>
                <w:color w:val="002060"/>
              </w:rPr>
            </w:pPr>
            <w:r w:rsidRPr="0040349E">
              <w:rPr>
                <w:color w:val="002060"/>
              </w:rPr>
              <w:t>Naša kompanija je zainteresovana da bude dio delegacije za posjetu KSA.</w:t>
            </w:r>
          </w:p>
        </w:tc>
        <w:tc>
          <w:tcPr>
            <w:tcW w:w="1547" w:type="dxa"/>
          </w:tcPr>
          <w:p w14:paraId="0BC9154F" w14:textId="3B8E5E0E" w:rsidR="00A40426" w:rsidRPr="0040349E" w:rsidRDefault="00A40426">
            <w:pPr>
              <w:rPr>
                <w:color w:val="002060"/>
              </w:rPr>
            </w:pPr>
            <w:r w:rsidRPr="0040349E">
              <w:rPr>
                <w:color w:val="002060"/>
              </w:rPr>
              <w:t>DA / NE</w:t>
            </w:r>
          </w:p>
        </w:tc>
      </w:tr>
      <w:tr w:rsidR="0040349E" w:rsidRPr="0040349E" w14:paraId="6EC49FFA" w14:textId="77777777" w:rsidTr="00A40426">
        <w:tc>
          <w:tcPr>
            <w:tcW w:w="7083" w:type="dxa"/>
          </w:tcPr>
          <w:p w14:paraId="7655409B" w14:textId="424C8444" w:rsidR="00B669BC" w:rsidRPr="0040349E" w:rsidRDefault="0040349E">
            <w:pPr>
              <w:rPr>
                <w:color w:val="002060"/>
              </w:rPr>
            </w:pPr>
            <w:r w:rsidRPr="0040349E">
              <w:rPr>
                <w:color w:val="002060"/>
              </w:rPr>
              <w:t>Naša kompanija je zainteresovana za individualni pristup razvoju tržišta KSA i GCC-a.</w:t>
            </w:r>
          </w:p>
        </w:tc>
        <w:tc>
          <w:tcPr>
            <w:tcW w:w="1547" w:type="dxa"/>
          </w:tcPr>
          <w:p w14:paraId="3F9C6B13" w14:textId="271560C7" w:rsidR="00A40426" w:rsidRPr="0040349E" w:rsidRDefault="00A40426">
            <w:pPr>
              <w:rPr>
                <w:color w:val="002060"/>
              </w:rPr>
            </w:pPr>
            <w:r w:rsidRPr="0040349E">
              <w:rPr>
                <w:color w:val="002060"/>
              </w:rPr>
              <w:t>DA / NE</w:t>
            </w:r>
          </w:p>
        </w:tc>
      </w:tr>
    </w:tbl>
    <w:p w14:paraId="026A88FD" w14:textId="1AB496AE" w:rsidR="00FE1EE8" w:rsidRDefault="00FE1EE8"/>
    <w:p w14:paraId="5EF9D062" w14:textId="77777777" w:rsidR="00B41AAE" w:rsidRDefault="00B41AAE"/>
    <w:p w14:paraId="3F559BAC" w14:textId="4731644C" w:rsidR="00B41AAE" w:rsidRPr="00224860" w:rsidRDefault="00B41AAE">
      <w:pPr>
        <w:rPr>
          <w:color w:val="002060"/>
        </w:rPr>
      </w:pPr>
      <w:r w:rsidRPr="00224860">
        <w:rPr>
          <w:color w:val="002060"/>
        </w:rPr>
        <w:t>Popunjen formular dostavite na:</w:t>
      </w:r>
    </w:p>
    <w:p w14:paraId="4A937192" w14:textId="77777777" w:rsidR="00224860" w:rsidRPr="00224860" w:rsidRDefault="00224860" w:rsidP="00224860">
      <w:pPr>
        <w:pStyle w:val="ListParagraph"/>
        <w:numPr>
          <w:ilvl w:val="0"/>
          <w:numId w:val="11"/>
        </w:numPr>
        <w:rPr>
          <w:color w:val="002060"/>
        </w:rPr>
      </w:pPr>
      <w:r w:rsidRPr="00224860">
        <w:rPr>
          <w:color w:val="002060"/>
        </w:rPr>
        <w:t>kemal.hadzic@key-consulting.com</w:t>
      </w:r>
    </w:p>
    <w:p w14:paraId="1578CD93" w14:textId="77777777" w:rsidR="00224860" w:rsidRPr="00224860" w:rsidRDefault="00224860" w:rsidP="00224860">
      <w:pPr>
        <w:pStyle w:val="ListParagraph"/>
        <w:numPr>
          <w:ilvl w:val="0"/>
          <w:numId w:val="11"/>
        </w:numPr>
        <w:rPr>
          <w:color w:val="002060"/>
        </w:rPr>
      </w:pPr>
      <w:r w:rsidRPr="00224860">
        <w:rPr>
          <w:color w:val="002060"/>
        </w:rPr>
        <w:t xml:space="preserve">habiba.imamovic@key-consulting.com </w:t>
      </w:r>
    </w:p>
    <w:p w14:paraId="6004B4B2" w14:textId="6F4BD0BA" w:rsidR="00B41AAE" w:rsidRDefault="00B41AAE" w:rsidP="00224860"/>
    <w:sectPr w:rsidR="00B41AAE" w:rsidSect="00BC3A19">
      <w:headerReference w:type="default" r:id="rId9"/>
      <w:footerReference w:type="default" r:id="rId10"/>
      <w:pgSz w:w="12240" w:h="15840"/>
      <w:pgMar w:top="1440" w:right="1800" w:bottom="1440" w:left="180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5BFC" w14:textId="77777777" w:rsidR="00A209B0" w:rsidRDefault="00A209B0" w:rsidP="00B4740C">
      <w:pPr>
        <w:spacing w:after="0" w:line="240" w:lineRule="auto"/>
      </w:pPr>
      <w:r>
        <w:separator/>
      </w:r>
    </w:p>
  </w:endnote>
  <w:endnote w:type="continuationSeparator" w:id="0">
    <w:p w14:paraId="5F0D2E18" w14:textId="77777777" w:rsidR="00A209B0" w:rsidRDefault="00A209B0" w:rsidP="00B4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ABF9" w14:textId="723E95B1" w:rsidR="001640A4" w:rsidRDefault="001640A4">
    <w:pPr>
      <w:pStyle w:val="Footer"/>
    </w:pPr>
    <w:r>
      <w:tab/>
    </w:r>
    <w:r>
      <w:tab/>
    </w:r>
    <w:r w:rsidR="004E105E">
      <w:t>Bosnia and Her</w:t>
    </w:r>
    <w:r w:rsidR="003C4453">
      <w:t>zegovina</w:t>
    </w:r>
    <w:r w:rsidR="000C3933">
      <w:t xml:space="preserve">, 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0576" w14:textId="77777777" w:rsidR="00A209B0" w:rsidRDefault="00A209B0" w:rsidP="00B4740C">
      <w:pPr>
        <w:spacing w:after="0" w:line="240" w:lineRule="auto"/>
      </w:pPr>
      <w:r>
        <w:separator/>
      </w:r>
    </w:p>
  </w:footnote>
  <w:footnote w:type="continuationSeparator" w:id="0">
    <w:p w14:paraId="50A42008" w14:textId="77777777" w:rsidR="00A209B0" w:rsidRDefault="00A209B0" w:rsidP="00B47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F68E" w14:textId="4DA9B8D9" w:rsidR="00591984" w:rsidRDefault="005C5625" w:rsidP="00105A91">
    <w:pPr>
      <w:pStyle w:val="Header"/>
    </w:pPr>
    <w:r w:rsidRPr="00591984">
      <w:rPr>
        <w:noProof/>
      </w:rPr>
      <w:drawing>
        <wp:anchor distT="0" distB="0" distL="114300" distR="114300" simplePos="0" relativeHeight="251659264" behindDoc="0" locked="0" layoutInCell="1" allowOverlap="1" wp14:anchorId="683D945B" wp14:editId="1CB3117D">
          <wp:simplePos x="0" y="0"/>
          <wp:positionH relativeFrom="column">
            <wp:posOffset>4279900</wp:posOffset>
          </wp:positionH>
          <wp:positionV relativeFrom="paragraph">
            <wp:posOffset>4445</wp:posOffset>
          </wp:positionV>
          <wp:extent cx="1200150" cy="50101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D74" w:rsidRPr="00413FE0">
      <w:rPr>
        <w:b/>
        <w:noProof/>
        <w:lang w:val="hr-HR" w:eastAsia="hr-HR"/>
      </w:rPr>
      <w:drawing>
        <wp:inline distT="0" distB="0" distL="0" distR="0" wp14:anchorId="08BFC608" wp14:editId="1A71C321">
          <wp:extent cx="1130300" cy="391160"/>
          <wp:effectExtent l="0" t="0" r="0" b="8890"/>
          <wp:docPr id="10" name="Pictur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0" cy="39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709F">
      <w:rPr>
        <w:noProof/>
      </w:rPr>
      <w:t xml:space="preserve">                               </w:t>
    </w:r>
    <w:r w:rsidR="00105A91" w:rsidRPr="00EA46C9">
      <w:rPr>
        <w:noProof/>
        <w:color w:val="808080" w:themeColor="background1" w:themeShade="80"/>
        <w:sz w:val="28"/>
        <w:szCs w:val="28"/>
      </w:rPr>
      <w:t>RIYADH 2026</w:t>
    </w:r>
  </w:p>
  <w:p w14:paraId="4F2F646A" w14:textId="694A7ECE" w:rsidR="00591984" w:rsidRDefault="00591984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AC0214"/>
    <w:multiLevelType w:val="hybridMultilevel"/>
    <w:tmpl w:val="B4F6E5E6"/>
    <w:lvl w:ilvl="0" w:tplc="2E7EF87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463DA"/>
    <w:multiLevelType w:val="hybridMultilevel"/>
    <w:tmpl w:val="AC666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3051534">
    <w:abstractNumId w:val="8"/>
  </w:num>
  <w:num w:numId="2" w16cid:durableId="1258296283">
    <w:abstractNumId w:val="6"/>
  </w:num>
  <w:num w:numId="3" w16cid:durableId="1681201902">
    <w:abstractNumId w:val="5"/>
  </w:num>
  <w:num w:numId="4" w16cid:durableId="2039429995">
    <w:abstractNumId w:val="4"/>
  </w:num>
  <w:num w:numId="5" w16cid:durableId="60833303">
    <w:abstractNumId w:val="7"/>
  </w:num>
  <w:num w:numId="6" w16cid:durableId="5643259">
    <w:abstractNumId w:val="3"/>
  </w:num>
  <w:num w:numId="7" w16cid:durableId="1275289441">
    <w:abstractNumId w:val="2"/>
  </w:num>
  <w:num w:numId="8" w16cid:durableId="513299533">
    <w:abstractNumId w:val="1"/>
  </w:num>
  <w:num w:numId="9" w16cid:durableId="1492259318">
    <w:abstractNumId w:val="0"/>
  </w:num>
  <w:num w:numId="10" w16cid:durableId="198324397">
    <w:abstractNumId w:val="10"/>
  </w:num>
  <w:num w:numId="11" w16cid:durableId="4826952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933"/>
    <w:rsid w:val="00105A91"/>
    <w:rsid w:val="0015074B"/>
    <w:rsid w:val="001640A4"/>
    <w:rsid w:val="001809C6"/>
    <w:rsid w:val="00224860"/>
    <w:rsid w:val="002556C3"/>
    <w:rsid w:val="0029639D"/>
    <w:rsid w:val="002F23EB"/>
    <w:rsid w:val="00304304"/>
    <w:rsid w:val="00321748"/>
    <w:rsid w:val="00326F90"/>
    <w:rsid w:val="00342567"/>
    <w:rsid w:val="003C4453"/>
    <w:rsid w:val="003C6EF6"/>
    <w:rsid w:val="003D7732"/>
    <w:rsid w:val="003E3B57"/>
    <w:rsid w:val="0040349E"/>
    <w:rsid w:val="004765A6"/>
    <w:rsid w:val="004A178F"/>
    <w:rsid w:val="004E105E"/>
    <w:rsid w:val="004F5E92"/>
    <w:rsid w:val="00514C77"/>
    <w:rsid w:val="005315F4"/>
    <w:rsid w:val="0054077F"/>
    <w:rsid w:val="0057537A"/>
    <w:rsid w:val="00591984"/>
    <w:rsid w:val="005C5625"/>
    <w:rsid w:val="005F0D74"/>
    <w:rsid w:val="006354EA"/>
    <w:rsid w:val="006A3EB5"/>
    <w:rsid w:val="007048E9"/>
    <w:rsid w:val="0073421E"/>
    <w:rsid w:val="007832E4"/>
    <w:rsid w:val="007F6C4F"/>
    <w:rsid w:val="008D2414"/>
    <w:rsid w:val="008E067D"/>
    <w:rsid w:val="00A209B0"/>
    <w:rsid w:val="00A40426"/>
    <w:rsid w:val="00AA1D8D"/>
    <w:rsid w:val="00B154C3"/>
    <w:rsid w:val="00B41AAE"/>
    <w:rsid w:val="00B4740C"/>
    <w:rsid w:val="00B47730"/>
    <w:rsid w:val="00B669BC"/>
    <w:rsid w:val="00B77547"/>
    <w:rsid w:val="00BC3A19"/>
    <w:rsid w:val="00CB0664"/>
    <w:rsid w:val="00D063EA"/>
    <w:rsid w:val="00D84BB5"/>
    <w:rsid w:val="00DB499F"/>
    <w:rsid w:val="00DF2D48"/>
    <w:rsid w:val="00E54D55"/>
    <w:rsid w:val="00EA46C9"/>
    <w:rsid w:val="00EC70F9"/>
    <w:rsid w:val="00F5709F"/>
    <w:rsid w:val="00F84B6A"/>
    <w:rsid w:val="00F9050A"/>
    <w:rsid w:val="00FC693F"/>
    <w:rsid w:val="00FE1EE8"/>
    <w:rsid w:val="690FBDC5"/>
    <w:rsid w:val="717A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DF504D"/>
  <w14:defaultImageDpi w14:val="300"/>
  <w15:docId w15:val="{5A3D46A6-C0FA-4317-BFA4-38898265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B474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74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4740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47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4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4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4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40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41A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</Words>
  <Characters>1151</Characters>
  <Application>Microsoft Office Word</Application>
  <DocSecurity>0</DocSecurity>
  <Lines>9</Lines>
  <Paragraphs>2</Paragraphs>
  <ScaleCrop>false</ScaleCrop>
  <Manager/>
  <Company/>
  <LinksUpToDate>false</LinksUpToDate>
  <CharactersWithSpaces>1350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Habiba Imamovic</cp:lastModifiedBy>
  <cp:revision>3</cp:revision>
  <dcterms:created xsi:type="dcterms:W3CDTF">2026-07-13T09:55:00Z</dcterms:created>
  <dcterms:modified xsi:type="dcterms:W3CDTF">2026-07-13T09:56:00Z</dcterms:modified>
  <cp:category/>
</cp:coreProperties>
</file>